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</w:rPr>
        <w:t>ЛАБОРАТОРНА РОБОТА 3</w:t>
      </w:r>
    </w:p>
    <w:p>
      <w:pPr>
        <w:jc w:val="center"/>
      </w:pPr>
      <w:r>
        <w:rPr>
          <w:b/>
          <w:sz w:val="28"/>
        </w:rPr>
        <w:t>Створення запитів до бази даних у СУБД SQLite</w:t>
      </w:r>
    </w:p>
    <w:p>
      <w:pPr>
        <w:pStyle w:val="Heading1"/>
      </w:pPr>
      <w:r>
        <w:t>Мета роботи</w:t>
      </w:r>
    </w:p>
    <w:p>
      <w:r>
        <w:t>Навчитися створювати прості SQL-запити до бази даних, вибирати потрібні стовпці, застосовувати умови відбору, сортування, пошук за шаблоном і вкладені запити в середовищі SQLite.</w:t>
      </w:r>
    </w:p>
    <w:p>
      <w:pPr>
        <w:pStyle w:val="Heading1"/>
      </w:pPr>
      <w:r>
        <w:t>Завдання</w:t>
      </w:r>
    </w:p>
    <w:p>
      <w:pPr>
        <w:pStyle w:val="ListNumber"/>
      </w:pPr>
      <w:r>
        <w:t>Відкрити раніше створену базу даних comp_firm.db у SQLiteStudio або DB Browser for SQLite.</w:t>
      </w:r>
    </w:p>
    <w:p>
      <w:pPr>
        <w:pStyle w:val="ListNumber"/>
      </w:pPr>
      <w:r>
        <w:t>Виконати запити SELECT з використанням WHERE, ORDER BY, DISTINCT, BETWEEN, IN, LIKE та підзапитів.</w:t>
      </w:r>
    </w:p>
    <w:p>
      <w:pPr>
        <w:pStyle w:val="ListNumber"/>
      </w:pPr>
      <w:r>
        <w:t>Розв’язати десять завдань із розділу «Порядок виконання».</w:t>
      </w:r>
    </w:p>
    <w:p>
      <w:pPr>
        <w:pStyle w:val="ListNumber"/>
      </w:pPr>
      <w:r>
        <w:t>Перевірити результати запитів і зберегти їх у звіті.</w:t>
      </w:r>
    </w:p>
    <w:p>
      <w:pPr>
        <w:pStyle w:val="Heading1"/>
      </w:pPr>
      <w:r>
        <w:t>Зміст звіту</w:t>
      </w:r>
    </w:p>
    <w:p>
      <w:pPr>
        <w:pStyle w:val="ListBullet"/>
      </w:pPr>
      <w:r>
        <w:t>Назва та мета роботи.</w:t>
      </w:r>
    </w:p>
    <w:p>
      <w:pPr>
        <w:pStyle w:val="ListBullet"/>
      </w:pPr>
      <w:r>
        <w:t>Тексти SQL-запитів для всіх десяти завдань.</w:t>
      </w:r>
    </w:p>
    <w:p>
      <w:pPr>
        <w:pStyle w:val="ListBullet"/>
      </w:pPr>
      <w:r>
        <w:t>Скріншоти або результати виконання запитів.</w:t>
      </w:r>
    </w:p>
    <w:p>
      <w:pPr>
        <w:pStyle w:val="ListBullet"/>
      </w:pPr>
      <w:r>
        <w:t>Короткі висновки.</w:t>
      </w:r>
    </w:p>
    <w:p>
      <w:pPr>
        <w:pStyle w:val="Heading1"/>
      </w:pPr>
      <w:r>
        <w:t>Теоретична частина</w:t>
      </w:r>
    </w:p>
    <w:p>
      <w:r>
        <w:t>Для отримання даних із таблиць використовується оператор SELECT. Загальний синтаксис:</w:t>
      </w:r>
    </w:p>
    <w:p>
      <w:pPr>
        <w:spacing w:after="140"/>
        <w:ind w:left="360"/>
        <w:shd w:fill="F2F2F2"/>
      </w:pPr>
      <w:r>
        <w:rPr>
          <w:rFonts w:ascii="Consolas" w:hAnsi="Consolas" w:eastAsia="Consolas"/>
          <w:sz w:val="18"/>
        </w:rPr>
        <w:t>SELECT список_стовпців\nFROM назва_таблиці\nWHERE умова\nORDER BY стовпець [ASC | DESC];</w:t>
      </w:r>
    </w:p>
    <w:p>
      <w:r>
        <w:t>Символ * означає вибір усіх стовпців. Якщо потрібно вивести лише певні поля, їхні назви вказують через кому. Умова WHERE обмежує рядки, які потраплять до результату. ORDER BY сортує результати: ASC — за зростанням (типово), DESC — за спаданням. DISTINCT усуває повтори.</w:t>
      </w:r>
    </w:p>
    <w:p>
      <w:r>
        <w:t>Основні оператори умов: =, &lt;&gt;, !=, &gt;, &lt;, &gt;=, &lt;=, IS NULL, IS NOT NULL, BETWEEN ... AND ..., IN (...), NOT IN (...), LIKE і NOT LIKE. Для переносимості SQL рекомендовано використовувати &lt;&gt; як оператор «не дорівнює».</w:t>
      </w:r>
    </w:p>
    <w:p>
      <w:r>
        <w:t>У шаблонах LIKE символ % замінює послідовність із нуля або більше символів, а _ — рівно один символ. У SQLite оператор LIKE за замовчуванням не розрізняє регістр для базових латинських символів; поведінка для інших символів, зокрема кирилиці, може відрізнятися.</w:t>
      </w:r>
    </w:p>
    <w:p>
      <w:r>
        <w:t>Підзапит — це SELECT, вкладений в інший запит. Він може використовуватися, наприклад, усередині IN. У цьому практикумі застосовується база comp_firm із таблицями PRODUCT, PC, LAPTOP і PRINTER, створена в попередній лабораторній роботі.</w:t>
      </w:r>
    </w:p>
    <w:p>
      <w:pPr>
        <w:pStyle w:val="Heading1"/>
      </w:pPr>
      <w:r>
        <w:t>Порядок виконання</w:t>
      </w:r>
    </w:p>
    <w:p>
      <w:pPr>
        <w:pStyle w:val="Heading2"/>
      </w:pPr>
      <w:r>
        <w:t>1. Відкриття бази даних</w:t>
      </w:r>
    </w:p>
    <w:p>
      <w:r>
        <w:t>Запустіть SQLiteStudio або DB Browser for SQLite та відкрийте файл comp_firm.db. Перейдіть до редактора SQL. Переконайтеся, що таблиці PRODUCT, PC, LAPTOP і PRINTER існують. Якщо у вашій базі назви стовпців відрізняються, адаптуйте запити до фактичної структури.</w:t>
      </w:r>
    </w:p>
    <w:p>
      <w:pPr>
        <w:pStyle w:val="Heading2"/>
      </w:pPr>
      <w:r>
        <w:t>2. Приклади простих запитів</w:t>
      </w:r>
    </w:p>
    <w:p>
      <w:r>
        <w:t>Вивести всі дані з таблиці PC:</w:t>
      </w:r>
    </w:p>
    <w:p>
      <w:pPr>
        <w:spacing w:after="140"/>
        <w:ind w:left="360"/>
        <w:shd w:fill="F2F2F2"/>
      </w:pPr>
      <w:r>
        <w:rPr>
          <w:rFonts w:ascii="Consolas" w:hAnsi="Consolas" w:eastAsia="Consolas"/>
          <w:sz w:val="18"/>
        </w:rPr>
        <w:t>SELECT * FROM PC;</w:t>
      </w:r>
    </w:p>
    <w:p>
      <w:r>
        <w:t>Вивести лише модель, швидкість процесора та ціну:</w:t>
      </w:r>
    </w:p>
    <w:p>
      <w:pPr>
        <w:spacing w:after="140"/>
        <w:ind w:left="360"/>
        <w:shd w:fill="F2F2F2"/>
      </w:pPr>
      <w:r>
        <w:rPr>
          <w:rFonts w:ascii="Consolas" w:hAnsi="Consolas" w:eastAsia="Consolas"/>
          <w:sz w:val="18"/>
        </w:rPr>
        <w:t>SELECT model, speed, price FROM PC;</w:t>
      </w:r>
    </w:p>
    <w:p>
      <w:r>
        <w:t>Вивести унікальні типи продуктів:</w:t>
      </w:r>
    </w:p>
    <w:p>
      <w:pPr>
        <w:spacing w:after="140"/>
        <w:ind w:left="360"/>
        <w:shd w:fill="F2F2F2"/>
      </w:pPr>
      <w:r>
        <w:rPr>
          <w:rFonts w:ascii="Consolas" w:hAnsi="Consolas" w:eastAsia="Consolas"/>
          <w:sz w:val="18"/>
        </w:rPr>
        <w:t>SELECT DISTINCT type FROM PRODUCT;</w:t>
      </w:r>
    </w:p>
    <w:p>
      <w:r>
        <w:t>Вивести моделі та ціни ноутбуків від дорожчих до дешевших:</w:t>
      </w:r>
    </w:p>
    <w:p>
      <w:pPr>
        <w:spacing w:after="140"/>
        <w:ind w:left="360"/>
        <w:shd w:fill="F2F2F2"/>
      </w:pPr>
      <w:r>
        <w:rPr>
          <w:rFonts w:ascii="Consolas" w:hAnsi="Consolas" w:eastAsia="Consolas"/>
          <w:sz w:val="18"/>
        </w:rPr>
        <w:t>SELECT model, price\nFROM LAPTOP\nORDER BY price DESC;</w:t>
      </w:r>
    </w:p>
    <w:p>
      <w:pPr>
        <w:pStyle w:val="Heading2"/>
      </w:pPr>
      <w:r>
        <w:t>3. Виконання індивідуальних завдань</w:t>
      </w:r>
    </w:p>
    <w:p>
      <w:pPr>
        <w:pStyle w:val="Heading3"/>
      </w:pPr>
      <w:r>
        <w:t>1. Знайти номер моделі, швидкість і розмір жорсткого диска для всіх ПК вартістю менше 500 доларів. Вивести model, speed, hd.</w:t>
      </w:r>
    </w:p>
    <w:p>
      <w:pPr>
        <w:spacing w:after="140"/>
        <w:ind w:left="360"/>
        <w:shd w:fill="F2F2F2"/>
      </w:pPr>
      <w:r>
        <w:rPr>
          <w:rFonts w:ascii="Consolas" w:hAnsi="Consolas" w:eastAsia="Consolas"/>
          <w:sz w:val="18"/>
        </w:rPr>
        <w:t>SELECT model, speed, hd</w:t>
        <w:br/>
        <w:t>FROM PC</w:t>
        <w:br/>
        <w:t>WHERE price &lt; 500;</w:t>
      </w:r>
    </w:p>
    <w:p>
      <w:pPr>
        <w:pStyle w:val="Heading3"/>
      </w:pPr>
      <w:r>
        <w:t>2. Знайти виробників принтерів. Вивести maker.</w:t>
      </w:r>
    </w:p>
    <w:p>
      <w:pPr>
        <w:spacing w:after="140"/>
        <w:ind w:left="360"/>
        <w:shd w:fill="F2F2F2"/>
      </w:pPr>
      <w:r>
        <w:rPr>
          <w:rFonts w:ascii="Consolas" w:hAnsi="Consolas" w:eastAsia="Consolas"/>
          <w:sz w:val="18"/>
        </w:rPr>
        <w:t>SELECT DISTINCT PRODUCT.maker AS maker</w:t>
        <w:br/>
        <w:t>FROM PRODUCT</w:t>
        <w:br/>
        <w:t>JOIN PRINTER ON PRODUCT.model = PRINTER.model</w:t>
        <w:br/>
        <w:t>ORDER BY maker;</w:t>
      </w:r>
    </w:p>
    <w:p>
      <w:pPr>
        <w:pStyle w:val="Heading3"/>
      </w:pPr>
      <w:r>
        <w:t>3. Знайти номер моделі, обсяг пам’яті та розмір екрана ноутбуків, ціна яких перевищує 1000 доларів.</w:t>
      </w:r>
    </w:p>
    <w:p>
      <w:pPr>
        <w:spacing w:after="140"/>
        <w:ind w:left="360"/>
        <w:shd w:fill="F2F2F2"/>
      </w:pPr>
      <w:r>
        <w:rPr>
          <w:rFonts w:ascii="Consolas" w:hAnsi="Consolas" w:eastAsia="Consolas"/>
          <w:sz w:val="18"/>
        </w:rPr>
        <w:t>SELECT model, ram, screen</w:t>
        <w:br/>
        <w:t>FROM LAPTOP</w:t>
        <w:br/>
        <w:t>WHERE price &gt; 1000;</w:t>
      </w:r>
    </w:p>
    <w:p>
      <w:pPr>
        <w:pStyle w:val="Heading3"/>
      </w:pPr>
      <w:r>
        <w:t>4. Вивести всі записи таблиці PRINTER для кольорових принтерів.</w:t>
      </w:r>
    </w:p>
    <w:p>
      <w:pPr>
        <w:spacing w:after="140"/>
        <w:ind w:left="360"/>
        <w:shd w:fill="F2F2F2"/>
      </w:pPr>
      <w:r>
        <w:rPr>
          <w:rFonts w:ascii="Consolas" w:hAnsi="Consolas" w:eastAsia="Consolas"/>
          <w:sz w:val="18"/>
        </w:rPr>
        <w:t>SELECT *</w:t>
        <w:br/>
        <w:t>FROM PRINTER</w:t>
        <w:br/>
        <w:t>WHERE color = 'y';</w:t>
      </w:r>
    </w:p>
    <w:p>
      <w:pPr>
        <w:pStyle w:val="Heading3"/>
      </w:pPr>
      <w:r>
        <w:t>5. Знайти модель, швидкість і розмір диска ПК, які мають CD 12x або 24x та ціну менше 600 доларів.</w:t>
      </w:r>
    </w:p>
    <w:p>
      <w:pPr>
        <w:spacing w:after="140"/>
        <w:ind w:left="360"/>
        <w:shd w:fill="F2F2F2"/>
      </w:pPr>
      <w:r>
        <w:rPr>
          <w:rFonts w:ascii="Consolas" w:hAnsi="Consolas" w:eastAsia="Consolas"/>
          <w:sz w:val="18"/>
        </w:rPr>
        <w:t>SELECT model, speed, hd</w:t>
        <w:br/>
        <w:t>FROM PC</w:t>
        <w:br/>
        <w:t>WHERE cd IN ('12x', '24x')</w:t>
        <w:br/>
        <w:t xml:space="preserve">  AND price &lt; 600;</w:t>
      </w:r>
    </w:p>
    <w:p>
      <w:pPr>
        <w:pStyle w:val="Heading3"/>
      </w:pPr>
      <w:r>
        <w:t>6. Знайти виробників ПК із процесором не менше 450 МГц. Вивести maker.</w:t>
      </w:r>
    </w:p>
    <w:p>
      <w:pPr>
        <w:spacing w:after="140"/>
        <w:ind w:left="360"/>
        <w:shd w:fill="F2F2F2"/>
      </w:pPr>
      <w:r>
        <w:rPr>
          <w:rFonts w:ascii="Consolas" w:hAnsi="Consolas" w:eastAsia="Consolas"/>
          <w:sz w:val="18"/>
        </w:rPr>
        <w:t>SELECT DISTINCT PRODUCT.maker AS maker</w:t>
        <w:br/>
        <w:t>FROM PRODUCT</w:t>
        <w:br/>
        <w:t>JOIN PC ON PRODUCT.model = PC.model</w:t>
        <w:br/>
        <w:t>WHERE PC.speed &gt;= 450</w:t>
        <w:br/>
        <w:t>ORDER BY maker;</w:t>
      </w:r>
    </w:p>
    <w:p>
      <w:pPr>
        <w:pStyle w:val="Heading3"/>
      </w:pPr>
      <w:r>
        <w:t>7. У таблиці PRODUCT знайти моделі, які складаються лише з цифр або лише з латинських літер A–Z. Вивести model і type. У SQLite перевірка реалізується через GLOB.</w:t>
      </w:r>
    </w:p>
    <w:p>
      <w:pPr>
        <w:spacing w:after="140"/>
        <w:ind w:left="360"/>
        <w:shd w:fill="F2F2F2"/>
      </w:pPr>
      <w:r>
        <w:rPr>
          <w:rFonts w:ascii="Consolas" w:hAnsi="Consolas" w:eastAsia="Consolas"/>
          <w:sz w:val="18"/>
        </w:rPr>
        <w:t>SELECT model, type</w:t>
        <w:br/>
        <w:t>FROM PRODUCT</w:t>
        <w:br/>
        <w:t>WHERE model &lt;&gt; ''</w:t>
        <w:br/>
        <w:t xml:space="preserve">  AND (model NOT GLOB '*[^0-9]*'</w:t>
        <w:br/>
        <w:t xml:space="preserve">       OR model NOT GLOB '*[^A-Za-z]*')</w:t>
        <w:br/>
        <w:t>ORDER BY model;</w:t>
      </w:r>
    </w:p>
    <w:p>
      <w:pPr>
        <w:pStyle w:val="Heading3"/>
      </w:pPr>
      <w:r>
        <w:t>8. Вивести всі моделі та ціни ноутбуків, які випускає виробник B. Ціни відсортувати за спаданням.</w:t>
      </w:r>
    </w:p>
    <w:p>
      <w:pPr>
        <w:spacing w:after="140"/>
        <w:ind w:left="360"/>
        <w:shd w:fill="F2F2F2"/>
      </w:pPr>
      <w:r>
        <w:rPr>
          <w:rFonts w:ascii="Consolas" w:hAnsi="Consolas" w:eastAsia="Consolas"/>
          <w:sz w:val="18"/>
        </w:rPr>
        <w:t>SELECT PRODUCT.model, LAPTOP.price</w:t>
        <w:br/>
        <w:t>FROM PRODUCT</w:t>
        <w:br/>
        <w:t>JOIN LAPTOP ON PRODUCT.model = LAPTOP.model</w:t>
        <w:br/>
        <w:t>WHERE PRODUCT.maker = 'B'</w:t>
        <w:br/>
        <w:t>ORDER BY LAPTOP.price DESC;</w:t>
      </w:r>
    </w:p>
    <w:p>
      <w:pPr>
        <w:pStyle w:val="Heading3"/>
      </w:pPr>
      <w:r>
        <w:t>9. Вивести всі моделі та ціни принтерів у ціновому діапазоні від 200 до 300 доларів включно.</w:t>
      </w:r>
    </w:p>
    <w:p>
      <w:pPr>
        <w:spacing w:after="140"/>
        <w:ind w:left="360"/>
        <w:shd w:fill="F2F2F2"/>
      </w:pPr>
      <w:r>
        <w:rPr>
          <w:rFonts w:ascii="Consolas" w:hAnsi="Consolas" w:eastAsia="Consolas"/>
          <w:sz w:val="18"/>
        </w:rPr>
        <w:t>SELECT model, price</w:t>
        <w:br/>
        <w:t>FROM PRINTER</w:t>
        <w:br/>
        <w:t>WHERE price BETWEEN 200 AND 300</w:t>
        <w:br/>
        <w:t>ORDER BY price;</w:t>
      </w:r>
    </w:p>
    <w:p>
      <w:pPr>
        <w:pStyle w:val="Heading3"/>
      </w:pPr>
      <w:r>
        <w:t>10. Відсортувати таблицю PRODUCT: виробники за зростанням, моделі — за спаданням.</w:t>
      </w:r>
    </w:p>
    <w:p>
      <w:pPr>
        <w:spacing w:after="140"/>
        <w:ind w:left="360"/>
        <w:shd w:fill="F2F2F2"/>
      </w:pPr>
      <w:r>
        <w:rPr>
          <w:rFonts w:ascii="Consolas" w:hAnsi="Consolas" w:eastAsia="Consolas"/>
          <w:sz w:val="18"/>
        </w:rPr>
        <w:t>SELECT *</w:t>
        <w:br/>
        <w:t>FROM PRODUCT</w:t>
        <w:br/>
        <w:t>ORDER BY maker ASC, model DESC;</w:t>
      </w:r>
    </w:p>
    <w:p>
      <w:pPr>
        <w:pStyle w:val="Heading2"/>
      </w:pPr>
      <w:r>
        <w:t>4. Пояснення до окремих запитів</w:t>
      </w:r>
    </w:p>
    <w:p>
      <w:r>
        <w:t>У завданнях 2 і 6 використовується JOIN, оскільки виробник зберігається в PRODUCT, а характеристики принтера або ПК — в окремих таблицях. DISTINCT прибирає повтори виробників, якщо виробник має кілька відповідних моделей.</w:t>
      </w:r>
    </w:p>
    <w:p>
      <w:r>
        <w:t>У завданні 7 застосовано оператор GLOB, специфічний для SQLite. Вираз model NOT GLOB *[^0-9]* означає, що в рядку немає символів, відмінних від цифр; друга умова перевіряє, що рядок містить лише латинські літери. Порожній рядок виключено окремо.</w:t>
      </w:r>
    </w:p>
    <w:p>
      <w:r>
        <w:t>У завданні 9 BETWEEN включає обидві межі діапазону. Якщо потрібно виключити граничні значення, використайте умови price &gt; 200 AND price &lt; 300.</w:t>
      </w:r>
    </w:p>
    <w:p>
      <w:pPr>
        <w:pStyle w:val="Heading1"/>
      </w:pPr>
      <w:r>
        <w:t>Контрольні питання</w:t>
      </w:r>
    </w:p>
    <w:p>
      <w:pPr>
        <w:pStyle w:val="ListNumber"/>
      </w:pPr>
      <w:r>
        <w:t>Для чого призначений оператор SELECT?</w:t>
      </w:r>
    </w:p>
    <w:p>
      <w:pPr>
        <w:pStyle w:val="ListNumber"/>
      </w:pPr>
      <w:r>
        <w:t>Яке призначення умови WHERE?</w:t>
      </w:r>
    </w:p>
    <w:p>
      <w:pPr>
        <w:pStyle w:val="ListNumber"/>
      </w:pPr>
      <w:r>
        <w:t>Як відрізняються ORDER BY ASC і ORDER BY DESC?</w:t>
      </w:r>
    </w:p>
    <w:p>
      <w:pPr>
        <w:pStyle w:val="ListNumber"/>
      </w:pPr>
      <w:r>
        <w:t>Для чого використовується DISTINCT?</w:t>
      </w:r>
    </w:p>
    <w:p>
      <w:pPr>
        <w:pStyle w:val="ListNumber"/>
      </w:pPr>
      <w:r>
        <w:t>Які оператори порівняння можна застосовувати в WHERE?</w:t>
      </w:r>
    </w:p>
    <w:p>
      <w:pPr>
        <w:pStyle w:val="ListNumber"/>
      </w:pPr>
      <w:r>
        <w:t>Як працюють BETWEEN та IN?</w:t>
      </w:r>
    </w:p>
    <w:p>
      <w:pPr>
        <w:pStyle w:val="ListNumber"/>
      </w:pPr>
      <w:r>
        <w:t>Що означають символи % та _ у шаблоні LIKE?</w:t>
      </w:r>
    </w:p>
    <w:p>
      <w:pPr>
        <w:pStyle w:val="ListNumber"/>
      </w:pPr>
      <w:r>
        <w:t>Що таке підзапит і де він може використовуватися?</w:t>
      </w:r>
    </w:p>
    <w:p>
      <w:pPr>
        <w:pStyle w:val="ListNumber"/>
      </w:pPr>
      <w:r>
        <w:t>Для чого застосовують JOIN у запитах до кількох таблиць?</w:t>
      </w:r>
    </w:p>
    <w:p>
      <w:pPr>
        <w:pStyle w:val="ListNumber"/>
      </w:pPr>
      <w:r>
        <w:t>Чим оператор GLOB у SQLite відрізняється від LIKE?</w:t>
      </w:r>
    </w:p>
    <w:p>
      <w:pPr>
        <w:pStyle w:val="Heading1"/>
      </w:pPr>
      <w:r>
        <w:t>Висновок</w:t>
      </w:r>
    </w:p>
    <w:p>
      <w:r>
        <w:t>У висновку зазначте, які типи запитів було опрацьовано, як умови відбору та сортування впливають на результат, і які особливості SQLite були використані під час виконання завдань.</w:t>
      </w:r>
    </w:p>
    <w:sectPr w:rsidR="00FC693F" w:rsidRPr="0006063C" w:rsidSect="00034616">
      <w:pgSz w:w="12240" w:h="15840"/>
      <w:pgMar w:top="1008" w:right="1008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365F91" w:themeColor="accent1" w:themeShade="BF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4F81BD" w:themeColor="accen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Times New Roman" w:hAnsi="Times New Roman" w:eastAsia="Times New Roman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Times New Roman" w:hAnsi="Times New Roman" w:eastAsia="Times New Roman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Times New Roman" w:hAnsi="Times New Roman" w:eastAsia="Times New Roman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Times New Roman" w:hAnsi="Times New Roman" w:eastAsia="Times New Roman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Times New Roman" w:hAnsi="Times New Roman" w:eastAsia="Times New Roman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Times New Roman" w:hAnsi="Times New Roman" w:eastAsia="Times New Roman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Times New Roman" w:hAnsi="Times New Roman" w:eastAsia="Times New Roman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 w:eastAsia="Times New Roman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Times New Roman" w:hAnsi="Times New Roman" w:eastAsia="Times New Roman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Times New Roman" w:hAnsi="Times New Roman" w:eastAsia="Times New Roman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Times New Roman" w:hAnsi="Times New Roman" w:eastAsia="Times New Roman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Times New Roman" w:hAnsi="Times New Roman" w:eastAsia="Times New Roman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Times New Roman" w:hAnsi="Times New Roman" w:eastAsia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Times New Roman" w:hAnsi="Times New Roman" w:eastAsia="Times New Roman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Times New Roman" w:hAnsi="Times New Roman" w:eastAsia="Times New Roman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Times New Roman" w:hAnsi="Times New Roman" w:eastAsia="Times New Roman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Times New Roman" w:hAnsi="Times New Roman" w:eastAsia="Times New Roman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Times New Roman" w:hAnsi="Times New Roman" w:eastAsia="Times New Roman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Times New Roman" w:hAnsi="Times New Roman" w:eastAsia="Times New Roman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Times New Roman" w:hAnsi="Times New Roman" w:eastAsia="Times New Roman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Times New Roman" w:hAnsi="Times New Roman" w:eastAsia="Times New Roman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Times New Roman" w:hAnsi="Times New Roman" w:eastAsia="Times New Roman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Times New Roman" w:hAnsi="Times New Roman" w:eastAsia="Times New Roman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Times New Roman" w:hAnsi="Times New Roman" w:eastAsia="Times New Roman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Times New Roman" w:hAnsi="Times New Roman" w:eastAsia="Times New Roman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hAnsi="Times New Roman" w:eastAsia="Times New Roman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Times New Roman" w:hAnsi="Times New Roman" w:eastAsia="Times New Roman"/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Times New Roman" w:hAnsi="Times New Roman" w:eastAsia="Times New Roman"/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="Times New Roman" w:hAnsi="Times New Roman" w:eastAsia="Times New Roman"/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Times New Roman" w:hAnsi="Times New Roman" w:eastAsia="Times New Roman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