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ЛАБОРАТОРНА РОБОТА</w:t>
      </w:r>
    </w:p>
    <w:p>
      <w:pPr>
        <w:jc w:val="center"/>
      </w:pPr>
      <w:r>
        <w:rPr>
          <w:b/>
          <w:sz w:val="28"/>
        </w:rPr>
        <w:t>Створення бази даних у СУБД SQLite</w:t>
      </w:r>
    </w:p>
    <w:p>
      <w:pPr>
        <w:pStyle w:val="Heading1"/>
      </w:pPr>
      <w:r>
        <w:t>Мета роботи</w:t>
      </w:r>
    </w:p>
    <w:p>
      <w:r>
        <w:t>Ознайомитися з принципами створення та організації баз даних у СУБД SQLite; навчитися створювати файл бази даних, таблиці, визначати первинні й зовнішні ключі, додавати записи та перевіряти цілісність даних за допомогою SQL-запитів.</w:t>
      </w:r>
    </w:p>
    <w:p>
      <w:pPr>
        <w:pStyle w:val="Heading1"/>
      </w:pPr>
      <w:r>
        <w:t>Завдання</w:t>
      </w:r>
    </w:p>
    <w:p>
      <w:pPr>
        <w:pStyle w:val="ListNumber"/>
      </w:pPr>
      <w:r>
        <w:t>Створити файл бази даних comp_firm.db у середовищі SQLite.</w:t>
      </w:r>
    </w:p>
    <w:p>
      <w:pPr>
        <w:pStyle w:val="ListNumber"/>
      </w:pPr>
      <w:r>
        <w:t>Створити таблиці PRODUCT, PC, LAPTOP і PRINTER відповідно до заданої структури.</w:t>
      </w:r>
    </w:p>
    <w:p>
      <w:pPr>
        <w:pStyle w:val="ListNumber"/>
      </w:pPr>
      <w:r>
        <w:t>Визначити первинні та зовнішні ключі, обмеження цілісності даних.</w:t>
      </w:r>
    </w:p>
    <w:p>
      <w:pPr>
        <w:pStyle w:val="ListNumber"/>
      </w:pPr>
      <w:r>
        <w:t>Заповнити таблиці даними про виробників і комп’ютерну техніку.</w:t>
      </w:r>
    </w:p>
    <w:p>
      <w:pPr>
        <w:pStyle w:val="ListNumber"/>
      </w:pPr>
      <w:r>
        <w:t>Виконати запити для перевірки вмісту таблиць і зв’язків між ними.</w:t>
      </w:r>
    </w:p>
    <w:p>
      <w:pPr>
        <w:pStyle w:val="Heading1"/>
      </w:pPr>
      <w:r>
        <w:t>Зміст звіту</w:t>
      </w:r>
    </w:p>
    <w:p>
      <w:pPr>
        <w:pStyle w:val="ListBullet"/>
      </w:pPr>
      <w:r>
        <w:t>Назва та мета лабораторної роботи.</w:t>
      </w:r>
    </w:p>
    <w:p>
      <w:pPr>
        <w:pStyle w:val="ListBullet"/>
      </w:pPr>
      <w:r>
        <w:t>Скріншот створеної бази даних і структури таблиць.</w:t>
      </w:r>
    </w:p>
    <w:p>
      <w:pPr>
        <w:pStyle w:val="ListBullet"/>
      </w:pPr>
      <w:r>
        <w:t>SQL-код створення таблиць та внесення даних.</w:t>
      </w:r>
    </w:p>
    <w:p>
      <w:pPr>
        <w:pStyle w:val="ListBullet"/>
      </w:pPr>
      <w:r>
        <w:t>Результати перегляду вмісту таблиць.</w:t>
      </w:r>
    </w:p>
    <w:p>
      <w:pPr>
        <w:pStyle w:val="ListBullet"/>
      </w:pPr>
      <w:r>
        <w:t>Висновки щодо виконання роботи.</w:t>
      </w:r>
    </w:p>
    <w:p>
      <w:pPr>
        <w:pStyle w:val="Heading1"/>
      </w:pPr>
      <w:r>
        <w:t>Теоретичні відомості</w:t>
      </w:r>
    </w:p>
    <w:p>
      <w:r>
        <w:t>SQLite — вбудована реляційна СУБД, у якій база даних зберігається у звичайному файлі. Для роботи не потрібно запускати окремий сервер. Файл можна створити за допомогою SQLiteStudio, DB Browser for SQLite або командного інтерпретатора sqlite3.</w:t>
      </w:r>
    </w:p>
    <w:p>
      <w:r>
        <w:t>SQLite підтримує SQL-оператори CREATE TABLE, INSERT, SELECT, UPDATE і DELETE. Типи даних у SQLite організовані через систему affinity: найчастіше використовують INTEGER, REAL, TEXT, BLOB і NUMERIC. Для ідентифікаторів зручно застосовувати INTEGER PRIMARY KEY, а для зв’язків між таблицями — FOREIGN KEY.</w:t>
      </w:r>
    </w:p>
    <w:p>
      <w:r>
        <w:t>Важливо: перевірка зовнішніх ключів у SQLite має бути ввімкнена для кожного з’єднання командою PRAGMA foreign_keys = ON;. У графічних середовищах цей параметр може вмикатися в налаштуваннях або на початку SQL-сесії.</w:t>
      </w:r>
    </w:p>
    <w:p>
      <w:pPr>
        <w:pStyle w:val="Heading1"/>
      </w:pPr>
      <w:r>
        <w:t>Порядок виконання</w:t>
      </w:r>
    </w:p>
    <w:p>
      <w:pPr>
        <w:pStyle w:val="Heading2"/>
      </w:pPr>
      <w:r>
        <w:t>1. Створення файлу бази даних</w:t>
      </w:r>
    </w:p>
    <w:p>
      <w:r>
        <w:t>Запустіть SQLiteStudio або DB Browser for SQLite. Створіть нову базу даних із назвою comp_firm.db та відкрийте редактор SQL. Якщо працюєте в командному рядку, файл можна створити командою:</w:t>
      </w:r>
    </w:p>
    <w:p>
      <w:pPr>
        <w:spacing w:before="60" w:after="140"/>
        <w:ind w:left="360"/>
        <w:shd w:fill="F2F2F2"/>
      </w:pPr>
      <w:r>
        <w:rPr>
          <w:rFonts w:ascii="Consolas" w:hAnsi="Consolas" w:eastAsia="Consolas"/>
          <w:sz w:val="18"/>
        </w:rPr>
        <w:t>sqlite3 comp_firm.db</w:t>
      </w:r>
    </w:p>
    <w:p>
      <w:r>
        <w:t>На початку SQL-сесії ввімкніть контроль зовнішніх ключів:</w:t>
      </w:r>
    </w:p>
    <w:p>
      <w:pPr>
        <w:spacing w:before="60" w:after="140"/>
        <w:ind w:left="360"/>
        <w:shd w:fill="F2F2F2"/>
      </w:pPr>
      <w:r>
        <w:rPr>
          <w:rFonts w:ascii="Consolas" w:hAnsi="Consolas" w:eastAsia="Consolas"/>
          <w:sz w:val="18"/>
        </w:rPr>
        <w:t>PRAGMA foreign_keys = ON;</w:t>
      </w:r>
    </w:p>
    <w:p>
      <w:pPr>
        <w:pStyle w:val="Heading2"/>
      </w:pPr>
      <w:r>
        <w:t>2. Створення таблиць</w:t>
      </w:r>
    </w:p>
    <w:p>
      <w:r>
        <w:t>База даних описує комп’ютерну фірму та містить чотири таблиці: PRODUCT — довідник моделей і виробників; PC — настільні комп’ютери; LAPTOP — ноутбуки; PRINTER — принтери. Поле model у PRODUCT є первинним ключем. Поле model у таблицях PC, LAPTOP і PRINTER посилається на PRODUCT(model).</w:t>
      </w:r>
    </w:p>
    <w:p>
      <w:pPr>
        <w:spacing w:before="60" w:after="140"/>
        <w:ind w:left="360"/>
        <w:shd w:fill="F2F2F2"/>
      </w:pPr>
      <w:r>
        <w:rPr>
          <w:rFonts w:ascii="Consolas" w:hAnsi="Consolas" w:eastAsia="Consolas"/>
          <w:sz w:val="18"/>
        </w:rPr>
        <w:t>CREATE TABLE PRODUCT (</w:t>
        <w:br/>
        <w:t xml:space="preserve">    maker TEXT NOT NULL,</w:t>
        <w:br/>
        <w:t xml:space="preserve">    model TEXT PRIMARY KEY,</w:t>
        <w:br/>
        <w:t xml:space="preserve">    type TEXT NOT NULL CHECK (type IN ('PC', 'Laptop', 'Printer'))</w:t>
        <w:br/>
        <w:t>);</w:t>
        <w:br/>
        <w:br/>
        <w:t>CREATE TABLE PC (</w:t>
        <w:br/>
        <w:t xml:space="preserve">    code INTEGER PRIMARY KEY,</w:t>
        <w:br/>
        <w:t xml:space="preserve">    model TEXT NOT NULL,</w:t>
        <w:br/>
        <w:t xml:space="preserve">    speed INTEGER NOT NULL,</w:t>
        <w:br/>
        <w:t xml:space="preserve">    ram INTEGER NOT NULL,</w:t>
        <w:br/>
        <w:t xml:space="preserve">    hd REAL NOT NULL,</w:t>
        <w:br/>
        <w:t xml:space="preserve">    cd TEXT NOT NULL,</w:t>
        <w:br/>
        <w:t xml:space="preserve">    price REAL,</w:t>
        <w:br/>
        <w:t xml:space="preserve">    FOREIGN KEY (model) REFERENCES PRODUCT(model)</w:t>
        <w:br/>
        <w:t>);</w:t>
        <w:br/>
        <w:br/>
        <w:t>CREATE TABLE LAPTOP (</w:t>
        <w:br/>
        <w:t xml:space="preserve">    code INTEGER PRIMARY KEY,</w:t>
        <w:br/>
        <w:t xml:space="preserve">    model TEXT NOT NULL,</w:t>
        <w:br/>
        <w:t xml:space="preserve">    speed INTEGER NOT NULL,</w:t>
        <w:br/>
        <w:t xml:space="preserve">    ram INTEGER NOT NULL,</w:t>
        <w:br/>
        <w:t xml:space="preserve">    hd REAL NOT NULL,</w:t>
        <w:br/>
        <w:t xml:space="preserve">    price REAL,</w:t>
        <w:br/>
        <w:t xml:space="preserve">    screen REAL NOT NULL,</w:t>
        <w:br/>
        <w:t xml:space="preserve">    FOREIGN KEY (model) REFERENCES PRODUCT(model)</w:t>
        <w:br/>
        <w:t>);</w:t>
        <w:br/>
        <w:br/>
        <w:t>CREATE TABLE PRINTER (</w:t>
        <w:br/>
        <w:t xml:space="preserve">    code INTEGER PRIMARY KEY,</w:t>
        <w:br/>
        <w:t xml:space="preserve">    model TEXT NOT NULL,</w:t>
        <w:br/>
        <w:t xml:space="preserve">    color TEXT NOT NULL CHECK (color IN ('y', 'n')),</w:t>
        <w:br/>
        <w:t xml:space="preserve">    type TEXT NOT NULL CHECK (type IN ('Laser', 'Jet', 'Matrix')),</w:t>
        <w:br/>
        <w:t xml:space="preserve">    price REAL,</w:t>
        <w:br/>
        <w:t xml:space="preserve">    FOREIGN KEY (model) REFERENCES PRODUCT(model)</w:t>
        <w:br/>
        <w:t>);</w:t>
      </w:r>
    </w:p>
    <w:p>
      <w:r>
        <w:t>У цій схемі code є первинним ключем відповідної товарної таблиці. На відміну від SQL Server, SQLite не використовує властивість IDENTITY у такому вигляді: INTEGER PRIMARY KEY автоматично отримує значення, якщо його не вказувати під час INSERT. Для модельних номерів застосовано TEXT, щоб зберігати їх як ідентифікатори, а не виконувати над ними арифметичні операції.</w:t>
      </w:r>
    </w:p>
    <w:p>
      <w:pPr>
        <w:pStyle w:val="Heading2"/>
      </w:pPr>
      <w:r>
        <w:t>3. Заповнення таблиці PRODUCT</w:t>
      </w:r>
    </w:p>
    <w:p>
      <w:r>
        <w:t>Спочатку додаються записи в PRODUCT, оскільки на цю таблицю посилаються зовнішні ключі інших таблиць. Нижче наведено приклад початкових даних; за потреби доповніть його моделями, які використовуються у ваших записах PC, LAPTOP і PRINTER.</w:t>
      </w:r>
    </w:p>
    <w:p>
      <w:pPr>
        <w:spacing w:before="60" w:after="140"/>
        <w:ind w:left="360"/>
        <w:shd w:fill="F2F2F2"/>
      </w:pPr>
      <w:r>
        <w:rPr>
          <w:rFonts w:ascii="Consolas" w:hAnsi="Consolas" w:eastAsia="Consolas"/>
          <w:sz w:val="18"/>
        </w:rPr>
        <w:t>INSERT INTO PRODUCT (maker, model, type) VALUES</w:t>
        <w:br/>
        <w:t>('A', '1121', 'PC'),</w:t>
        <w:br/>
        <w:t>('A', '1232', 'PC'),</w:t>
        <w:br/>
        <w:t>('A', '1233', 'PC'),</w:t>
        <w:br/>
        <w:t>('B', '1260', 'PC'),</w:t>
        <w:br/>
        <w:t>('E', '1260L', 'Laptop'),</w:t>
        <w:br/>
        <w:t>('A', '1298', 'Laptop'),</w:t>
        <w:br/>
        <w:t>('B', '1321', 'Laptop'),</w:t>
        <w:br/>
        <w:t>('E', '1750', 'Laptop'),</w:t>
        <w:br/>
        <w:t>('E', '1752', 'Laptop'),</w:t>
        <w:br/>
        <w:t>('A', '1276', 'Printer'),</w:t>
        <w:br/>
        <w:t>('B', '1433', 'Printer'),</w:t>
        <w:br/>
        <w:t>('B', '1434', 'Printer'),</w:t>
        <w:br/>
        <w:t>('A', '1401', 'Printer'),</w:t>
        <w:br/>
        <w:t>('A', '1408', 'Printer'),</w:t>
        <w:br/>
        <w:t>('E', '1288', 'Printer');</w:t>
      </w:r>
    </w:p>
    <w:p>
      <w:r>
        <w:t>Примітка: це навчальний набір прикладів. Перед додаванням даних до інших таблиць переконайтеся, що кожне значення model існує в PRODUCT і має відповідний type.</w:t>
      </w:r>
    </w:p>
    <w:p>
      <w:pPr>
        <w:pStyle w:val="Heading2"/>
      </w:pPr>
      <w:r>
        <w:t>4. Заповнення таблиць PC, LAPTOP і PRINTER</w:t>
      </w:r>
    </w:p>
    <w:p>
      <w:r>
        <w:t>Внесіть записи, використовуючи явний перелік стовпців. Нижче наведені приклади; можна використати їх або доповнити даними з варіанта завдання.</w:t>
      </w:r>
    </w:p>
    <w:p>
      <w:pPr>
        <w:spacing w:before="60" w:after="140"/>
        <w:ind w:left="360"/>
        <w:shd w:fill="F2F2F2"/>
      </w:pPr>
      <w:r>
        <w:rPr>
          <w:rFonts w:ascii="Consolas" w:hAnsi="Consolas" w:eastAsia="Consolas"/>
          <w:sz w:val="18"/>
        </w:rPr>
        <w:t>INSERT INTO PC (code, model, speed, ram, hd, cd, price) VALUES</w:t>
        <w:br/>
        <w:t>(1, '1232', 500, 64, 5.0, '12x', 600.0),</w:t>
        <w:br/>
        <w:t>(2, '1121', 750, 128, 14.0, '40x', 850.0),</w:t>
        <w:br/>
        <w:t>(3, '1233', 500, 64, 5.0, '12x', 600.0),</w:t>
        <w:br/>
        <w:t>(4, '1260', 500, 32, 10.0, '12x', 350.0);</w:t>
        <w:br/>
        <w:br/>
        <w:t>INSERT INTO LAPTOP (code, model, speed, ram, hd, price, screen) VALUES</w:t>
        <w:br/>
        <w:t>(1, '1298', 350, 32, 4.0, 700.0, 11.0),</w:t>
        <w:br/>
        <w:t>(2, '1321', 500, 64, 8.0, 970.0, 12.0),</w:t>
        <w:br/>
        <w:t>(3, '1750', 750, 128, 12.0, 1200.0, 14.0),</w:t>
        <w:br/>
        <w:t>(4, '1752', 750, 128, 10.0, 1150.0, 14.0);</w:t>
        <w:br/>
        <w:br/>
        <w:t>INSERT INTO PRINTER (code, model, color, type, price) VALUES</w:t>
        <w:br/>
        <w:t>(1, '1276', 'n', 'Laser', 400.0),</w:t>
        <w:br/>
        <w:t>(2, '1433', 'y', 'Jet', 270.0),</w:t>
        <w:br/>
        <w:t>(3, '1434', 'y', 'Jet', 290.0),</w:t>
        <w:br/>
        <w:t>(4, '1401', 'n', 'Matrix', 150.0),</w:t>
        <w:br/>
        <w:t>(5, '1408', 'n', 'Matrix', 270.0),</w:t>
        <w:br/>
        <w:t>(6, '1288', 'n', 'Laser', 400.0);</w:t>
      </w:r>
    </w:p>
    <w:p>
      <w:r>
        <w:t>Якщо код запускається повторно, база може повідомити про дублювання первинного ключа. У такому разі очистіть навчальні таблиці або створіть новий файл бази даних. Не видаляйте PRODUCT до видалення пов’язаних записів із PC, LAPTOP і PRINTER.</w:t>
      </w:r>
    </w:p>
    <w:p>
      <w:pPr>
        <w:pStyle w:val="Heading2"/>
      </w:pPr>
      <w:r>
        <w:t>5. Перевірка даних</w:t>
      </w:r>
    </w:p>
    <w:p>
      <w:r>
        <w:t>Виконайте запити для перегляду вмісту кожної таблиці:</w:t>
      </w:r>
    </w:p>
    <w:p>
      <w:pPr>
        <w:spacing w:before="60" w:after="140"/>
        <w:ind w:left="360"/>
        <w:shd w:fill="F2F2F2"/>
      </w:pPr>
      <w:r>
        <w:rPr>
          <w:rFonts w:ascii="Consolas" w:hAnsi="Consolas" w:eastAsia="Consolas"/>
          <w:sz w:val="18"/>
        </w:rPr>
        <w:t>SELECT * FROM PRODUCT;</w:t>
        <w:br/>
        <w:t>SELECT * FROM PC;</w:t>
        <w:br/>
        <w:t>SELECT * FROM LAPTOP;</w:t>
        <w:br/>
        <w:t>SELECT * FROM PRINTER;</w:t>
      </w:r>
    </w:p>
    <w:p>
      <w:r>
        <w:t>Перевірте, чи немає моделей у товарних таблицях, які відсутні в PRODUCT:</w:t>
      </w:r>
    </w:p>
    <w:p>
      <w:pPr>
        <w:spacing w:before="60" w:after="140"/>
        <w:ind w:left="360"/>
        <w:shd w:fill="F2F2F2"/>
      </w:pPr>
      <w:r>
        <w:rPr>
          <w:rFonts w:ascii="Consolas" w:hAnsi="Consolas" w:eastAsia="Consolas"/>
          <w:sz w:val="18"/>
        </w:rPr>
        <w:t>SELECT PC.model</w:t>
        <w:br/>
        <w:t>FROM PC LEFT JOIN PRODUCT ON PC.model = PRODUCT.model</w:t>
        <w:br/>
        <w:t>WHERE PRODUCT.model IS NULL;</w:t>
      </w:r>
    </w:p>
    <w:p>
      <w:r>
        <w:t>За ввімкненого контролю зовнішніх ключів цей запит має повернути порожній результат. Перевірити цілісність усієї бази можна командою:</w:t>
      </w:r>
    </w:p>
    <w:p>
      <w:pPr>
        <w:spacing w:before="60" w:after="140"/>
        <w:ind w:left="360"/>
        <w:shd w:fill="F2F2F2"/>
      </w:pPr>
      <w:r>
        <w:rPr>
          <w:rFonts w:ascii="Consolas" w:hAnsi="Consolas" w:eastAsia="Consolas"/>
          <w:sz w:val="18"/>
        </w:rPr>
        <w:t>PRAGMA foreign_key_check;</w:t>
      </w:r>
    </w:p>
    <w:p>
      <w:r>
        <w:t>Для отримання узагальненого списку комп’ютерної техніки виконайте запит із об’єднанням таблиць:</w:t>
      </w:r>
    </w:p>
    <w:p>
      <w:pPr>
        <w:spacing w:before="60" w:after="140"/>
        <w:ind w:left="360"/>
        <w:shd w:fill="F2F2F2"/>
      </w:pPr>
      <w:r>
        <w:rPr>
          <w:rFonts w:ascii="Consolas" w:hAnsi="Consolas" w:eastAsia="Consolas"/>
          <w:sz w:val="18"/>
        </w:rPr>
        <w:t>SELECT PRODUCT.maker, PRODUCT.model, PRODUCT.type, PC.speed, PC.ram, PC.price</w:t>
        <w:br/>
        <w:t>FROM PRODUCT</w:t>
        <w:br/>
        <w:t>JOIN PC ON PRODUCT.model = PC.model</w:t>
        <w:br/>
        <w:t>ORDER BY PRODUCT.maker, PRODUCT.model;</w:t>
      </w:r>
    </w:p>
    <w:p>
      <w:pPr>
        <w:pStyle w:val="Heading2"/>
      </w:pPr>
      <w:r>
        <w:t>6. Збереження результатів</w:t>
      </w:r>
    </w:p>
    <w:p>
      <w:r>
        <w:t>Збережіть файл comp_firm.db. Підготуйте скріншоти структури чотирьох таблиць, виконання INSERT-запитів і результатів SELECT. Переконайтеся, що всі SQL-команди виконані без помилок.</w:t>
      </w:r>
    </w:p>
    <w:p>
      <w:pPr>
        <w:pStyle w:val="Heading1"/>
      </w:pPr>
      <w:r>
        <w:t>Контрольні питання</w:t>
      </w:r>
    </w:p>
    <w:p>
      <w:pPr>
        <w:pStyle w:val="ListNumber"/>
      </w:pPr>
      <w:r>
        <w:t>Що таке SQLite і чим вона відрізняється від клієнт-серверних СУБД?</w:t>
      </w:r>
    </w:p>
    <w:p>
      <w:pPr>
        <w:pStyle w:val="ListNumber"/>
      </w:pPr>
      <w:r>
        <w:t>У якому вигляді SQLite зберігає базу даних?</w:t>
      </w:r>
    </w:p>
    <w:p>
      <w:pPr>
        <w:pStyle w:val="ListNumber"/>
      </w:pPr>
      <w:r>
        <w:t>Яке призначення операторів CREATE TABLE та INSERT?</w:t>
      </w:r>
    </w:p>
    <w:p>
      <w:pPr>
        <w:pStyle w:val="ListNumber"/>
      </w:pPr>
      <w:r>
        <w:t>Які типи даних найчастіше використовуються в SQLite?</w:t>
      </w:r>
    </w:p>
    <w:p>
      <w:pPr>
        <w:pStyle w:val="ListNumber"/>
      </w:pPr>
      <w:r>
        <w:t>Що таке первинний ключ і для чого він потрібний?</w:t>
      </w:r>
    </w:p>
    <w:p>
      <w:pPr>
        <w:pStyle w:val="ListNumber"/>
      </w:pPr>
      <w:r>
        <w:t>Яке призначення зовнішнього ключа?</w:t>
      </w:r>
    </w:p>
    <w:p>
      <w:pPr>
        <w:pStyle w:val="ListNumber"/>
      </w:pPr>
      <w:r>
        <w:t>Для чого використовується команда PRAGMA foreign_keys = ON;?</w:t>
      </w:r>
    </w:p>
    <w:p>
      <w:pPr>
        <w:pStyle w:val="ListNumber"/>
      </w:pPr>
      <w:r>
        <w:t>Чим INTEGER PRIMARY KEY у SQLite відрізняється від IDENTITY у Microsoft SQL Server?</w:t>
      </w:r>
    </w:p>
    <w:p>
      <w:pPr>
        <w:pStyle w:val="ListNumber"/>
      </w:pPr>
      <w:r>
        <w:t>Чому записи до таблиці PRODUCT потрібно додавати перед записами до пов’язаних таблиць?</w:t>
      </w:r>
    </w:p>
    <w:p>
      <w:pPr>
        <w:pStyle w:val="ListNumber"/>
      </w:pPr>
      <w:r>
        <w:t>Які команди можна використати для перевірки правильності заповнення бази даних?</w:t>
      </w:r>
    </w:p>
    <w:p>
      <w:pPr>
        <w:pStyle w:val="Heading1"/>
      </w:pPr>
      <w:r>
        <w:t>Висновок</w:t>
      </w:r>
    </w:p>
    <w:p>
      <w:r>
        <w:t>У висновку зазначте, чи було створено файл бази даних, таблиці та зв’язки між ними, які SQL-команди використано для внесення й перевірки даних, а також які особливості SQLite було встановлено під час виконання роботи.</w:t>
      </w:r>
    </w:p>
    <w:sectPr w:rsidR="00FC693F" w:rsidRPr="0006063C" w:rsidSect="00034616">
      <w:pgSz w:w="12240" w:h="15840"/>
      <w:pgMar w:top="1008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